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42.87728, 74.67381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Аламүдүн, кичи район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42.87728, 74.67381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90417" cy="2232000"/>
            <wp:docPr id="2" name="Picture 2" descr="Аламедин, микрорайон" title="Аламедин, микрорайо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1b8a5f4e47cb248c1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9041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Аламедин, микрорайон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Аламүдүн, кичи район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Аламүдүн, микрорайон Аламүдүн, микрорайон. 1977-83-жылдары курулган.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https://bimap.su/description/frunze/67_Alamedin.txt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42.87728, 74.67381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