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42.87591, 74.60688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Дзержинский бульвары менен Сталин көчөсүнүн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42.87591, 74.60688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95313" cy="2232000"/>
            <wp:docPr id="2" name="Picture 2" descr="Пересечение бульвара Дзержинского и улицы Сталина" title="Пересечение бульвара Дзержинского и улицы Стал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53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бульвара Дзержинского и улицы Сталина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Дзержинский бульвары менен Сталин көчөсүнүн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Дзержинская х Сталина Дзержинская х Сталина (Эркиндик х Чүй). Сүрөт 50-жылдардагы Ала-Тоо кинотеатрынан тартылган. Артында «Ардак тактасы» жана телеграф имараты.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https://bimap.su/description/frunze/65_DzerStalina.txt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42.87591, 74.60688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