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Dzerzhinsky Boulevard and Stalin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95313" cy="2232000"/>
            <wp:docPr id="2" name="Picture 2" descr="Пересечение бульвара Дзержинского и улицы Сталина" title="Пересечение бульвара Дзержинского и улицы Стал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53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Сталина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Dzerzhinsky Boulevard and Stalin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Dzerzhinskaya x Stalina Dzerzhinskaya x Stalina (Erkindik x Chui). The photo was taken from the 50s from the Ala-Too cinema. In the background is the “Roll of Honor” and the telegraph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https://bimap.su/description/frunze/65_DzerStalina.txt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