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План кокандских крепостей Пишпек и Токмак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42.88686, 74.62070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92886" cy="2232000"/>
            <wp:docPr id="1" name="Picture 1" descr="План кокандских крепостей Пишпек и Токмак" title="План кокандских крепостей Пишпек и Токма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d83b4d2658daa50a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28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План кокандских крепостей Пишпек и Токмак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План кокандских крепостей Пишпек и Токмак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архива В.Я.Галицкого.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https://bimap.su/description/pishpek/27_Plan.txt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42.88686, 74.62070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42.88686, 74.62070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