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Plan of the Kokand fortresses Pishpek and Tokmak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42.88686, 74.62070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92886" cy="2232000"/>
            <wp:docPr id="1" name="Picture 1" descr="План кокандских крепостей Пишпек и Токмак" title="План кокандских крепостей Пишпек и Токма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d83b4d2658daa50ab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9288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План кокандских крепостей Пишпек и Токмак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Plan of the Kokand fortresses Pishpek and Tokmak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Plan of the Kokand fortresses Pishpek and Tokmak Pishpek was the largest Kokand fortress in the Chui Valley. In plan, the fortress was close to a quadrangle, the length of the sides was more than 200 meters, the height of the walls reached five meters with a width of up to four meters. There was a ditch filled with water along the perimeter. Corner towers and jagged projections along the top of the walls enhanced the defensive power of the fort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https://bimap.su/description/pishpek/27_Plan.txt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42.88686, 74.62070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42.88686, 74.62070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