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42.87909, 74.60555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Центральный сквер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42.87909, 74.60555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130915" cy="2232000"/>
            <wp:docPr id="2" name="Picture 2" descr="Центральный сквер" title="Центральный сквер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8ea35a040e6e7ff3bc33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130915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Центральный сквер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Центральный сквер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Центральный сквер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https://bimap.su/description/frunze/64_Skver.txt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42.87909, 74.60555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