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42.87948, 74.60131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Парк Панфилова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42.87948, 74.60131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281499" cy="2232000"/>
            <wp:docPr id="2" name="Picture 2" descr="Парк Панфилова" title="Парк Панфилов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636d8e1701d0d8365ee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281499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Парк Панфилова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Парк Панфилова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Центральная арка.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https://bimap.su/description/frunze/63_Park.txt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Арка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42.87948, 74.60131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5193" cy="2232000"/>
            <wp:docPr id="3" name="Picture 3" descr="Арка" title="Арк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3976af7eb4faff47750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97519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Арка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Арка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центрального входа в парк имени И.В. Панфилова.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https://bimap.su/description/bishkek/24_arka.txt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