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Панфилов паркы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1499" cy="2232000"/>
            <wp:docPr id="2" name="Picture 2" descr="Парк Панфилова" title="Парк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36d8e1701d0d8365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14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Панфилова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Панфилов паркы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Панфилов паркы. Панфилов атындагы парктын борбордук аркасы. Борбордук арка. Ушул жерден «Брод» башталды, аны бойлоп бош жүргөн эл кечки көчөлөр менен Панфилов атындагы парктан Ала-Тоо кинотеатрына жана кайра артка көчүп барышты. Бул жерде бүт шаар жык-жыйма болуп тургансыды.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https://bimap.su/description/frunze/63_Park.txt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И.В. атындагы парктын борбордук кире беришиндеги 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193" cy="2232000"/>
            <wp:docPr id="3" name="Picture 3" descr="Арка" title="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976af7eb4faff4775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51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И.В. атындагы парктын борбордук кире беришиндеги 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. Панфилов. И.В. атындагы парктын борбордук кире беришиндеги арка. Панфилов.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https://bimap.su/description/bishkek/24_arka.txt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