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42.87948, 74.60131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Panfilov Park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42.87948, 74.60131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81499" cy="2232000"/>
            <wp:docPr id="2" name="Picture 2" descr="Парк Панфилова" title="Парк Панфил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636d8e1701d0d8365e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814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Парк Панфилова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Panfilov Park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Panfilov Park. Central arch of Panfilov Park. Central arch. From here began the “Brod”, along which the idle crowd moved through the evening streets from Panfilov Park to the Ala-Too cinema and back. The whole city seemed to be crowding here.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https://bimap.su/description/frunze/63_Park.txt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Arch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42.87948, 74.60131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193" cy="2232000"/>
            <wp:docPr id="3" name="Picture 3" descr="Арка" title="Ар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3976af7eb4faff47750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519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Арка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Arch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of the central entrance to the park named after I.V. Panfilov. Arch of the central entrance to the park named after I.V. Panfilov.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https://bimap.su/description/bishkek/24_arka.txt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