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Парк Панфилова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7076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6aed2d1fdf6cedf6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7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Парк Панфилова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Колесо обозрения.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https://bimap.su/description/frunze/62_Park.txt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