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Панфилов паркы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7076" cy="2232000"/>
            <wp:docPr id="2" name="Picture 2" descr="Парк Панфилова" title="Парк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46aed2d1fdf6cedf6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70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Панфилова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Панфилов паркы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Панфилов паркы. Панфилов атындагы парк 1924-1926-жылдары мурдагы Мамлекеттик бакчанын ордунда Звезда паркы катары негизделген. 1942-жылы ага И.В. Панфилов.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https://bimap.su/description/frunze/62_Park.txt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