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42.87921, 74.60060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Panfilov Park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42.87921, 74.60060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07076" cy="2232000"/>
            <wp:docPr id="2" name="Picture 2" descr="Парк Панфилова" title="Парк Панфил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c46aed2d1fdf6cedf6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0707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Парк Панфилова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Panfilov Park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Panfilov Park. Ferris wheel Panfilov Park Founded in 1924-1926 as the Zvezda Park on the site of the former State Garden. In 1942 it was named after I.V. Panfilov.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https://bimap.su/description/frunze/62_Park.txt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42.87921, 74.60060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