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42.89835, 74.61940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Комсомольское көлү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42.89835, 74.61940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51546" cy="2231999"/>
            <wp:docPr id="2" name="Picture 2" descr="Комсомольское озеро" title="Комсомольское озер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47c2c39b30a0e965a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1546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Комсомольское озеро · 1980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Комсомольское көлү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Комсомольское көлү, 1980-жылкы Комсомольское көлүнүн сүрөтү. Курулуш 1939-жылдын 18-августунда аяктаган.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https://bimap.su/description/frunze/61_Komozeo.txt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42.89835, 74.61940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