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Komsomolskoe Lake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1546" cy="2231999"/>
            <wp:docPr id="2" name="Picture 2" descr="Комсомольское озеро" title="Комсомоль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47c2c39b30a0e965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1546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Комсомольское озеро · 1980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Komsomolskoe Lake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Komsomolskoe Lake, Photo of 1980 Komsomolskoe Lake. Construction was completed on August 18, 1939.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https://bimap.su/description/frunze/61_Komozeo.txt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