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42.89621, 74.62026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Пионерское озеро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42.89621, 74.62026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15916" cy="2232000"/>
            <wp:docPr id="2" name="Picture 2" descr="Пионерское озеро" title="Пионерское озер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e254e520fb97796a6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1591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Пионерское озеро · Виктора Трусова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Пионерское озеро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Виктора Трусова, 1951г.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https://bimap.su/description/frunze/60_Pionerozero.txt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42.89621, 74.62026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