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42.89835, 74.62077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Комсомольское озеро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42.89835, 74.62077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11700" cy="2232000"/>
            <wp:docPr id="2" name="Picture 2" descr="Комсомольское озеро" title="Комсомольское озер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2af5cf8c2f7e9fd160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117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Комсомольское озеро · Виктора Трусова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Комсомольское озеро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Виктора Трусова, 1951г.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https://bimap.su/description/frunze/59_Komozeo.txt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42.89835, 74.62077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