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Komsomolskoe Lake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1700" cy="2232000"/>
            <wp:docPr id="2" name="Picture 2" descr="Комсомольское озеро" title="Комсомоль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af5cf8c2f7e9fd16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17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Комсомольское озеро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Komsomolskoe Lake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Komsomolskoe Lake. Photo by Trusov, 1951. Komsomolskoe lake. Construction was completed on August 18, 1939.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https://bimap.su/description/frunze/59_Komozeo.txt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