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Панфиловдун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0851" cy="2232000"/>
            <wp:docPr id="2" name="Picture 2" descr="Памятник Панфилову" title="Памятник Панфил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359d1f12a547e62e3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8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Панфилову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Панфиловдун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Панфиловдун эстелиги И.В. Айкелчилер Мануиловдор менен архитектор Верюжскийдин эмгектери болгон Панфилов 1942-жылдын 7-ноябрында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https://bimap.su/description/frunze/58_Panfilov.txt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