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42.87839, 74.60109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Panfilov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42.87839, 74.60109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20851" cy="2232000"/>
            <wp:docPr id="2" name="Picture 2" descr="Памятник Панфилову" title="Памятник Панфило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359d1f12a547e62e3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085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Панфилову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Panfilov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Panfilov The monument to I.V. Panfilov, the work of the sculptors Manuilovs and the architect Veryuzhsky, was opened on November 7, 1942.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https://bimap.su/description/frunze/58_Panfilov.txt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42.87839, 74.60109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