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42.85163, 74.58542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Гагарин көчөсүндөгү базар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42.85163, 74.58542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5688000" cy="2150064"/>
            <wp:docPr id="2" name="Picture 2" descr="Рынок по улице Гагарина" title="Рынок по улице Гагарин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8c713fe11eb44e34d57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88000" cy="215006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Рынок по улице Гагарина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Гагарин көчөсүндөгү базар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Гагарин көчөсүндөгү базар Гагарин көчөсүндөгү базар.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https://bimap.su/description/frunze/57_Rynok.txt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42.85163, 74.58542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