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42.88078, 74.60932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Пересечение улиц Краснооктябрьская и 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42.88078, 74.60932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148698" cy="2232000"/>
            <wp:docPr id="2" name="Picture 2" descr="Пересечение улиц Краснооктябрьская и Фрунзе" title="Пересечение улиц Краснооктябрьская и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d656da483cfeda860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4869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Краснооктябрьская и Фрунзе · Голованева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Пересечение улиц Краснооктябрьская и 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Голованева, 1960г.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https://bimap.su/description/frunze/56_K_Oktiabrskaia.txt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42.88078, 74.60932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