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Krasnooktyabrskaya and Frunze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48698" cy="2232000"/>
            <wp:docPr id="2" name="Picture 2" descr="Пересечение улиц Краснооктябрьская и Фрунзе" title="Пересечение улиц Краснооктябрьская и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d656da483cfeda86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86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Краснооктябрьская и Фрунзе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Krasnooktyabrskaya and Frunze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Krasnooktyabrskaya x Frunze. Photo by Golovanev, 1960. Club and school of the Ministry of Internal Affairs.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https://bimap.su/description/frunze/56_K_Oktiabrskaia.txt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