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улиц Кирова и Панфилова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3310" cy="2232000"/>
            <wp:docPr id="2" name="Picture 2" descr="Пересечение улиц Кирова и Панфилова" title="Пересечение улиц Кирова и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33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Кирова и Панфилова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1953г.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https://bimap.su/description/frunze/55_Kirova.txt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42.87960, 74.60182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