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42.87960, 74.60182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The intersection of Kirova and Panfilova streets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42.87960, 74.60182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3213310" cy="2232000"/>
            <wp:docPr id="2" name="Picture 2" descr="Пересечение улиц Кирова и Панфилова" title="Пересечение улиц Кирова и Панфил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1331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Пересечение улиц Кирова и Панфилова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The intersection of Kirova and Panfilova streets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Kirova x Panfilova. Photo by V. Petrov, 1953 A one-story house built in the 30s.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https://bimap.su/description/frunze/55_Kirova.txt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42.87960, 74.60182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