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Кокандская крепость Пишпек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9688" cy="2232000"/>
            <wp:docPr id="1" name="Picture 1" descr="Кокандская крепость Пишпек" title="Кокандская крепость 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a4d643d75ac88b7d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96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Кокандская крепость Пишпек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Кокандская крепость Пишпек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Основана в 1825 году. Фото с рисунка 1862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https://bimap.su/description/pishpek/26_Krepost.txt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Крепость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Крепость" title="Крепост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7e25e34bc03f59e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Крепость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Крепость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Крепость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https://bimap.su/description/frunze/440_Krepost.txt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