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Кокон сепили Пишпек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42.88670, 74.61910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039688" cy="2232000"/>
            <wp:docPr id="1" name="Picture 1" descr="Кокандская крепость Пишпек" title="Кокандская крепость 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0a4d643d75ac88b7d8f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3968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Кокандская крепость Пишпек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Кокон сепили Пишпек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Кокон сепили Пишпек. 1825-жылы негизделген.18-кылымдын орто ченинде кыргыздар 1766-жылы казак султаны Абылайдын курчоосуна туруштук берген байыркы конуштун урандыларына кыргыз чеби курулган деген уламыш бар. Уламыш боюнча бул жерде солто уруусунан чыккан Жоожалыштын урпактарынын бири Бишкектин сөөгү коюлгандыктан, 1825-жылы кокондуктар түптөгөн чеп легендарлуу баатырдын атын алган. Чептин аталышы талаанын үстүндө көтөрүлгөн тоонун байыркы аталы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https://bimap.su/description/pishpek/26_Krepost.txt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Чеп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42.88670, 74.61910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6000" cy="2232000"/>
            <wp:docPr id="2" name="Picture 2" descr="Крепость" title="Крепость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087e25e34bc03f59e21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6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Крепость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Чеп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Коргон конушунан жана Пишпек чебинен ушул гана калды.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https://bimap.su/description/frunze/440_Krepost.txt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42.88670, 74.61910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