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42.87817, 74.59561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Дворец спорта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42.87817, 74.59561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20139" cy="2232000"/>
            <wp:docPr id="2" name="Picture 2" descr="Дворец спорта" title="Дворец спор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59685e994d6404ab4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013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Дворец спорта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Дворец спорта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альбома «Киргизия», 1985г.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https://bimap.su/description/frunze/54_Dvorets_sporta.txt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42.87817, 74.59561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