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Спорт сарайы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20139" cy="2232000"/>
            <wp:docPr id="2" name="Picture 2" descr="Дворец спорта" title="Дворец спор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59685e994d6404ab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01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Дворец спорта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Спорт сарайы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Спорт сарайы. Фото альбомдон Кыргызстан, 1985. Спорт сарайы. В.И. Ленин (архитекторлор Н. Костин жана В. Маруков, 1974) Бул жерде спорттук мелдештер, эстрадалык спектаклдер, атайын иш-чаралар өткөрүлдү.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https://bimap.su/description/frunze/54_Dvorets_sporta.txt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42.87817, 74.59561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