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42.87110, 74.56730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Мелькомбинат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42.87110, 74.56730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57875" cy="2232000"/>
            <wp:docPr id="2" name="Picture 2" descr="Мелькомбинат" title="Мелькомбин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8f8cdab738194e491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578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Мелькомбинат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Мелькомбинат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Мелькомбинат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https://bimap.su/description/frunze/52_Melkombinat.txt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42.87110, 74.56730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