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42.87110, 74.56730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Ун комбинаты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42.87110, 74.56730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57875" cy="2232000"/>
            <wp:docPr id="2" name="Picture 2" descr="Мелькомбинат" title="Мелькомбин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8f8cdab738194e491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578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Мелькомбинат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Ун комбинаты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Ун комбинаты 1929-жылы Фрунзедеги тегирмен катары түзүлгөн. 1935-жылы темир-бетон лифт, 1965-жылы 2-элеватор ишке киргизилген. Ун, жарма, мал азыгын чыгарат. 1982-жылы жумушчулардын саны 640 адамды тузду.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https://bimap.su/description/frunze/52_Melkombinat.txt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42.87110, 74.56730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