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42.87670, 74.59686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Широкоэкранный кинотеатр «Россия»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42.87670, 74.59686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0764" cy="2232000"/>
            <wp:docPr id="2" name="Picture 2" descr="Широкоэкранный кинотеатр «Россия»" title="Широкоэкранный кинотеатр «Россия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1e5191a0a56c62ff9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7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Широкоэкранный кинотеатр «Россия» · 1981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Широкоэкранный кинотеатр «Россия»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Архитекторы: А.Коржемпо, Ю.Градов. Фото 1981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https://bimap.su/description/frunze/51_Rossia.txt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42.87670, 74.59686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