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Кең экрандуу "Россия" кинотеатры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0764" cy="2232000"/>
            <wp:docPr id="2" name="Picture 2" descr="Широкоэкранный кинотеатр «Россия»" title="Широкоэкранный кинотеатр «Росси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1e5191a0a56c62ff9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7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Широкоэкранный кинотеатр «Россия» · 1981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Кең экрандуу "Россия" кинотеатры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Кең экрандуу "Россия" кинотеатры. 1981-жылдагы сүрөт Кең экрандуу «Россия» кинотеатры 1963-жылы Кыргызстандын Россиянын курамына өз ыктыяры менен киришинин 100 жылдыгына карата панорамалык кинотеатр катары ачылган. 1970-жылы чоң форматтагы фильмдерди көрсөтүүгө өтүүгө байланыштуу реконструкциялоо иштери жүргүзүлгөн. 1 миң орундуу аудитория. Архитекторлор: А.Коржемпо, Ю.Градов.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https://bimap.su/description/frunze/51_Rossia.txt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