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Widescreen cinema "Russia"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0764" cy="2232000"/>
            <wp:docPr id="2" name="Picture 2" descr="Широкоэкранный кинотеатр «Россия»" title="Широкоэкранный кинотеатр «Россия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1e5191a0a56c62ff9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76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Широкоэкранный кинотеатр «Россия» · 1981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Widescreen cinema "Russia"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Widescreen cinema "Russia". Photo from 1981 The wide-screen cinema "Russia" was opened as a panoramic cinema in 1963 in honor of the 100th anniversary of Kyrgyzstan's voluntary entry into Russia. In 1970, in connection with the transition to showing large-format films, reconstruction was carried out. Auditorium for 1 thousand seats. Architects: A. Korzhempo, Y. Gradov.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https://bimap.su/description/frunze/51_Rossia.txt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42.87670, 74.59686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