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42.89433, 74.63579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Строительство Большого Чуйского канала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42.89433, 74.63579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82352" cy="2232000"/>
            <wp:docPr id="2" name="Picture 2" descr="Строительство Большого Чуйского канала" title="Строительство Большого Чуйского кана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47cd1c14cdf82a93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823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Строительство Большого Чуйского канала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Строительство Большого Чуйского канала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Строительство Большого Чуйского канала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https://bimap.su/description/frunze/50_BCHK.txt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42.89433, 74.63579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