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42.89433, 74.63579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Чоң Чүй каналынын курулушу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42.89433, 74.63579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82352" cy="2232000"/>
            <wp:docPr id="2" name="Picture 2" descr="Строительство Большого Чуйского канала" title="Строительство Большого Чуйского канал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947cd1c14cdf82a936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8235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Строительство Большого Чуйского канала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Чоң Чүй каналынын курулушу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Чоң Чүй каналынын курулушу Чоң Чүй каналы бүтүндөй Чүй өрөөнүн чыгыштан батышка карай кесип өтөт. Анын узундугу 145 км. Курулуш 1940-жылы башталган.Ал элдик курулуштун методу менен — Фрунзе шаарынын 40 мицден ашык жашоочуларын жана селолук калкты мобилизациялоо менен жургузулду. Курулуш 1943-жылы аяктаган.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https://bimap.su/description/frunze/50_BCHK.txt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42.89433, 74.63579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