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 базары. Борбордук 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10641" cy="2232000"/>
            <wp:docPr id="2" name="Picture 2" descr="Колхозный рынок. Центральная арка" title="Колхозный рынок. Центральная 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8bdc22328df78c97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06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рынок. Центральная 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Колхоз базары. Борбордук 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Колхоз базары. Борбордук арка Колхоз базары Фрунзе, Правда (Ибраимов), К.Маркс (Рыскулов), Шопоков көчөлөрүнүн ичинде, бүгүнкү Жеңиш аянты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https://bimap.su/description/frunze/49_Rynok_Arka.txt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