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42.87924, 74.61551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Kolkhoz market. Central arch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42.87924, 74.61551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10641" cy="2232000"/>
            <wp:docPr id="2" name="Picture 2" descr="Колхозный рынок. Центральная арка" title="Колхозный рынок. Центральная 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8bdc22328df78c97b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06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Колхозный рынок. Центральная 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Kolkhoz market. Central arch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Collective farm market. Central arch The collective farm market was located within the streets of Frunze, Pravda (Ibraimov), K. Marx (Ryskulov), Shopokov where Victory Square is located today.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https://bimap.su/description/frunze/49_Rynok_Arka.txt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42.87924, 74.61551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