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Соода базарынын катарлары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16208" cy="2232000"/>
            <wp:docPr id="2" name="Picture 2" descr="Торговые базарные ряды" title="Торговые базарные ря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65ebbdfe8d93f984e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62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Торговые базарные ряды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Соода базарынын катарлары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Соода базарынын катарлары Соода базарынын катарлары. Фрунзе көчөсүнөн көрүнүш.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https://bimap.su/description/frunze/48_Torgovye_riady.txt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