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42.87819, 74.61668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Колхоз базары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42.87819, 74.61668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96950" cy="2232000"/>
            <wp:docPr id="2" name="Picture 2" descr="Колхозный рынок" title="Колхозный рыно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c62c911a249aecc354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9695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Колхозный рынок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Колхоз базары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Колхоз базары. Правда кочосу (Исанова) колхоз базарынан керунуш. Правда кочосунен (Ибраимова) борбордук азык-тулук магазинине жана соода павильондоруна чейин керунуш.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https://bimap.su/description/frunze/47_Kolhozhyi_Rynok.txt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42.87819, 74.61668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