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42.87819, 74.61668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Collective farm market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42.87819, 74.61668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96950" cy="2232000"/>
            <wp:docPr id="2" name="Picture 2" descr="Колхозный рынок" title="Колхозный рыно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c62c911a249aecc354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695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Колхозный рынок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Collective farm market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Collective farm market. View from Pravda Street (Isanova) Kolkhoz Market. View from Pravda Street (Ibraimova) to the central grocery store and shopping pavilions.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https://bimap.su/description/frunze/47_Kolhozhyi_Rynok.txt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42.87819, 74.61668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