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 базары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3414" cy="2232000"/>
            <wp:docPr id="2" name="Picture 2" descr="Колхозный рынок" title="Колхоз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46b9ac741c7921c54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34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Колхоз базары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Колхоз базары. Шопоков көчөсү тараптан көрүнүш Колхоз базары Фрунзе, Правда (Ибраимов), К.Маркс (Рыскулов), Шопоков көчөлөрүнүн ичинде, бүгүнкү Жеңиш аянты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https://bimap.su/description/frunze/46_Kolhozhyi_Rynok.txt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