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42.88143, 74.61446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Фрунзе базары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42.88143, 74.61446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3230" cy="2232000"/>
            <wp:docPr id="2" name="Picture 2" descr="Фрунзенский базар" title="Фрунзенский база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c9e4d2b5ca5a21ebea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32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Фрунзенский базар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Фрунзе базары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Фрунзе базары Фрунзе базары бүгүнкү цирк имараты жайгашкан Советская, Баетова, Береговая (Шопокова), Фрунзе көчөлөрүнүн ичинде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https://bimap.su/description/frunze/45_Bazar.txt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42.88143, 74.61446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