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42.88143, 74.61446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Frunzensky Bazaar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42.88143, 74.61446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033230" cy="2232000"/>
            <wp:docPr id="2" name="Picture 2" descr="Фрунзенский базар" title="Фрунзенский базар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8c9e4d2b5ca5a21ebeac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03323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Фрунзенский базар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Frunzensky Bazaar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Frunzensky Bazaar Frunzensky Bazaar was located within the Sovetskaya, Baetova, Beregovaya (Shopokova), Frunze streets where the circus building is located today.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https://bimap.su/description/frunze/45_Bazar.txt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42.88143, 74.61446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Bishkek" title="Bishk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