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Серафимовская церковь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42.87695, 74.57971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0800" cy="2232000"/>
            <wp:docPr id="1" name="Picture 1" descr="Серафимовская церковь" title="Серафимовская церков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bef2eb3cbdb123cd3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08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Серафимовская церковь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Серафимовская церковь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Построена в 1906г. Разрушена в 60-е годы.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https://bimap.su/description/pishpek/25_Church.txt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42.87695, 74.57971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42.87695, 74.57971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