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42.87652, 74.60760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Девушка с фруктами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42.87652, 74.60760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2" name="Picture 2" descr="Девушка с фруктами" title="Девушка с фрукта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9cb2701857e307778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Девушка с фруктами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Девушка с фруктами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Девушка с фруктами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https://bimap.su/description/frunze/43_Devushka.txt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42.87652, 74.60760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