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42.87652, 74.60760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Girl with fruit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42.87652, 74.60760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673999" cy="2232000"/>
            <wp:docPr id="2" name="Picture 2" descr="Девушка с фруктами" title="Девушка с фруктами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29cb2701857e307778d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73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Девушка с фруктами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Girl with fruit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Girl with fruit Sculpture inside the Gas-Water pavilion by O. Manuilova.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https://bimap.su/description/frunze/43_Devushka.txt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42.87652, 74.60760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