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42.87651, 74.60744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Павильон «Газ-вода»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42.87651, 74.60744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80118" cy="2232000"/>
            <wp:docPr id="2" name="Picture 2" descr="Павильон «Газ-вода»" title="Павильон «Газ-вода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0571b31d0448c7e276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8011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Павильон «Газ-вода»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Павильон «Газ-вода»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https://bimap.su/description/frunze/44_Gazvoda.txt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42.87651, 74.60744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