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"Газ-Суу" павильону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80118" cy="2232000"/>
            <wp:docPr id="2" name="Picture 2" descr="Павильон «Газ-вода»" title="Павильон «Газ-вод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571b31d0448c7e276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1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«Газ-вода»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"Газ-Суу" павильону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"Газ-Суу" павильоны. В.Петровдун фотосу Павильон 1952-жылы архитектор А.Албанский тарабынан курулган.7 метрлик конструкция бийик тегерек подиумга жайгаштырылып, таш отургучтар жана фонтандары бар бассейн менен курчалган.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https://bimap.su/description/frunze/44_Gazvoda.txt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