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Pavilion "Gas-water"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80118" cy="2232000"/>
            <wp:docPr id="2" name="Picture 2" descr="Павильон «Газ-вода»" title="Павильон «Газ-вод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571b31d0448c7e276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01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 «Газ-вода»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Pavilion "Gas-water"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Pavilion "Gas-water". Photo by V. Petrov The pavilion was built by architect A. Albansky in 1952. The 7-meter structure is placed on a high round podium and is surrounded by stone benches and a pool with fountains.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https://bimap.su/description/frunze/44_Gazvoda.txt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