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42.87026, 74.59208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Moskovskaya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42.87026, 74.59208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21428" cy="2232000"/>
            <wp:docPr id="2" name="Picture 2" descr="Дом на улице Московской" title="Дом на улице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a716c5c27ca6f556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14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Московской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Moskovskaya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Moskovskaya A wooden log house built in the early twentieth century.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https://bimap.su/description/frunze/42_Dom_na_Moskovckoi.txt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42.87026, 74.59208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